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3B2A9" w14:textId="3F835025" w:rsidR="00F4280A" w:rsidRDefault="00F4280A" w:rsidP="00F4280A">
      <w:pPr>
        <w:spacing w:after="80" w:line="240" w:lineRule="auto"/>
        <w:jc w:val="center"/>
        <w:rPr>
          <w:b/>
          <w:bCs/>
          <w:sz w:val="24"/>
          <w:szCs w:val="24"/>
          <w:lang w:val="es-HN"/>
        </w:rPr>
      </w:pPr>
      <w:r w:rsidRPr="00F4280A">
        <w:rPr>
          <w:b/>
          <w:bCs/>
          <w:sz w:val="24"/>
          <w:szCs w:val="24"/>
          <w:lang w:val="es-HN"/>
        </w:rPr>
        <w:t>DOCUMENTO PRIVADO</w:t>
      </w:r>
    </w:p>
    <w:p w14:paraId="294A9B39" w14:textId="77777777" w:rsidR="00F4280A" w:rsidRPr="00F4280A" w:rsidRDefault="00F4280A" w:rsidP="00F4280A">
      <w:pPr>
        <w:spacing w:after="80" w:line="240" w:lineRule="auto"/>
        <w:jc w:val="center"/>
        <w:rPr>
          <w:b/>
          <w:bCs/>
          <w:sz w:val="24"/>
          <w:szCs w:val="24"/>
          <w:lang w:val="es-HN"/>
        </w:rPr>
      </w:pPr>
    </w:p>
    <w:p w14:paraId="1CB58343" w14:textId="4E3BD5BE" w:rsidR="00DF569C" w:rsidRPr="0070720E" w:rsidRDefault="00000000">
      <w:pPr>
        <w:spacing w:after="80" w:line="240" w:lineRule="auto"/>
        <w:jc w:val="both"/>
        <w:rPr>
          <w:sz w:val="24"/>
          <w:szCs w:val="24"/>
          <w:lang w:val="es-HN"/>
        </w:rPr>
      </w:pPr>
      <w:r w:rsidRPr="0070720E">
        <w:rPr>
          <w:sz w:val="24"/>
          <w:szCs w:val="24"/>
          <w:lang w:val="es-HN"/>
        </w:rPr>
        <w:t>Yo, ____________________________, con Identidad No. 0000000000000, mayor de edad, hondureño y de domicilio: _______________________________________________________________________, quien en adelante se denominará el prestatario, actuando en carácter personal, declaro que he recibido del Instituto Nacional de Previsión del Magisterio (INPREMA), en esta ciudad y a mi entera satisfacción, un préstamo personal "</w:t>
      </w:r>
      <w:proofErr w:type="spellStart"/>
      <w:r w:rsidRPr="0070720E">
        <w:rPr>
          <w:sz w:val="24"/>
          <w:szCs w:val="24"/>
          <w:lang w:val="es-HN"/>
        </w:rPr>
        <w:t>Rapi</w:t>
      </w:r>
      <w:r w:rsidR="00A5402A" w:rsidRPr="0070720E">
        <w:rPr>
          <w:sz w:val="24"/>
          <w:szCs w:val="24"/>
          <w:lang w:val="es-HN"/>
        </w:rPr>
        <w:t>b</w:t>
      </w:r>
      <w:r w:rsidRPr="0070720E">
        <w:rPr>
          <w:sz w:val="24"/>
          <w:szCs w:val="24"/>
          <w:lang w:val="es-HN"/>
        </w:rPr>
        <w:t>ono</w:t>
      </w:r>
      <w:proofErr w:type="spellEnd"/>
      <w:r w:rsidRPr="0070720E">
        <w:rPr>
          <w:sz w:val="24"/>
          <w:szCs w:val="24"/>
          <w:lang w:val="es-HN"/>
        </w:rPr>
        <w:t>" con el número de referencia _______ por la cantidad de: L. *******__,___.__, suma que será pagada en una sola cuota de capital el __ del mes de _______ del ____ bajo las condiciones siguientes:</w:t>
      </w:r>
    </w:p>
    <w:p w14:paraId="7A79752E" w14:textId="223D9210" w:rsidR="00DF569C" w:rsidRPr="0070720E" w:rsidRDefault="00000000" w:rsidP="0070720E">
      <w:pPr>
        <w:pStyle w:val="Prrafodelista"/>
        <w:numPr>
          <w:ilvl w:val="0"/>
          <w:numId w:val="10"/>
        </w:numPr>
        <w:spacing w:after="80" w:line="240" w:lineRule="auto"/>
        <w:ind w:left="284"/>
        <w:jc w:val="both"/>
        <w:rPr>
          <w:sz w:val="24"/>
          <w:szCs w:val="24"/>
          <w:lang w:val="es-HN"/>
        </w:rPr>
      </w:pPr>
      <w:r w:rsidRPr="0070720E">
        <w:rPr>
          <w:sz w:val="24"/>
          <w:szCs w:val="24"/>
          <w:lang w:val="es-HN"/>
        </w:rPr>
        <w:t>El prestatario pagará el préstamo mediante una sola cuota de capital al vencimiento de L. *******_</w:t>
      </w:r>
      <w:proofErr w:type="gramStart"/>
      <w:r w:rsidRPr="0070720E">
        <w:rPr>
          <w:sz w:val="24"/>
          <w:szCs w:val="24"/>
          <w:lang w:val="es-HN"/>
        </w:rPr>
        <w:t>_,_</w:t>
      </w:r>
      <w:proofErr w:type="gramEnd"/>
      <w:r w:rsidRPr="0070720E">
        <w:rPr>
          <w:sz w:val="24"/>
          <w:szCs w:val="24"/>
          <w:lang w:val="es-HN"/>
        </w:rPr>
        <w:t>_</w:t>
      </w:r>
      <w:proofErr w:type="gramStart"/>
      <w:r w:rsidRPr="0070720E">
        <w:rPr>
          <w:sz w:val="24"/>
          <w:szCs w:val="24"/>
          <w:lang w:val="es-HN"/>
        </w:rPr>
        <w:t>_._</w:t>
      </w:r>
      <w:proofErr w:type="gramEnd"/>
      <w:r w:rsidRPr="0070720E">
        <w:rPr>
          <w:sz w:val="24"/>
          <w:szCs w:val="24"/>
          <w:lang w:val="es-HN"/>
        </w:rPr>
        <w:t>_ más L. ***** _</w:t>
      </w:r>
      <w:proofErr w:type="gramStart"/>
      <w:r w:rsidRPr="0070720E">
        <w:rPr>
          <w:sz w:val="24"/>
          <w:szCs w:val="24"/>
          <w:lang w:val="es-HN"/>
        </w:rPr>
        <w:t>_,_</w:t>
      </w:r>
      <w:proofErr w:type="gramEnd"/>
      <w:r w:rsidRPr="0070720E">
        <w:rPr>
          <w:sz w:val="24"/>
          <w:szCs w:val="24"/>
          <w:lang w:val="es-HN"/>
        </w:rPr>
        <w:t>_</w:t>
      </w:r>
      <w:proofErr w:type="gramStart"/>
      <w:r w:rsidRPr="0070720E">
        <w:rPr>
          <w:sz w:val="24"/>
          <w:szCs w:val="24"/>
          <w:lang w:val="es-HN"/>
        </w:rPr>
        <w:t>_._</w:t>
      </w:r>
      <w:proofErr w:type="gramEnd"/>
      <w:r w:rsidRPr="0070720E">
        <w:rPr>
          <w:sz w:val="24"/>
          <w:szCs w:val="24"/>
          <w:lang w:val="es-HN"/>
        </w:rPr>
        <w:t>_ correspondiente a los intereses, haciendo un total de L. ***** _</w:t>
      </w:r>
      <w:proofErr w:type="gramStart"/>
      <w:r w:rsidRPr="0070720E">
        <w:rPr>
          <w:sz w:val="24"/>
          <w:szCs w:val="24"/>
          <w:lang w:val="es-HN"/>
        </w:rPr>
        <w:t>_,_</w:t>
      </w:r>
      <w:proofErr w:type="gramEnd"/>
      <w:r w:rsidRPr="0070720E">
        <w:rPr>
          <w:sz w:val="24"/>
          <w:szCs w:val="24"/>
          <w:lang w:val="es-HN"/>
        </w:rPr>
        <w:t>_</w:t>
      </w:r>
      <w:proofErr w:type="gramStart"/>
      <w:r w:rsidRPr="0070720E">
        <w:rPr>
          <w:sz w:val="24"/>
          <w:szCs w:val="24"/>
          <w:lang w:val="es-HN"/>
        </w:rPr>
        <w:t>_._</w:t>
      </w:r>
      <w:proofErr w:type="gramEnd"/>
      <w:r w:rsidRPr="0070720E">
        <w:rPr>
          <w:sz w:val="24"/>
          <w:szCs w:val="24"/>
          <w:lang w:val="es-HN"/>
        </w:rPr>
        <w:t>_ capital más interés.</w:t>
      </w:r>
    </w:p>
    <w:p w14:paraId="20916FBB" w14:textId="0C2FE5FD" w:rsidR="00DF569C" w:rsidRPr="0070720E" w:rsidRDefault="00000000" w:rsidP="0070720E">
      <w:pPr>
        <w:pStyle w:val="Prrafodelista"/>
        <w:numPr>
          <w:ilvl w:val="0"/>
          <w:numId w:val="10"/>
        </w:numPr>
        <w:spacing w:after="80" w:line="240" w:lineRule="auto"/>
        <w:ind w:left="284"/>
        <w:jc w:val="both"/>
        <w:rPr>
          <w:sz w:val="24"/>
          <w:szCs w:val="24"/>
          <w:lang w:val="es-HN"/>
        </w:rPr>
      </w:pPr>
      <w:r w:rsidRPr="0070720E">
        <w:rPr>
          <w:sz w:val="24"/>
          <w:szCs w:val="24"/>
          <w:lang w:val="es-HN"/>
        </w:rPr>
        <w:t>La tasa de interés será del QUINCE POR CIENTO (_</w:t>
      </w:r>
      <w:proofErr w:type="gramStart"/>
      <w:r w:rsidRPr="0070720E">
        <w:rPr>
          <w:sz w:val="24"/>
          <w:szCs w:val="24"/>
          <w:lang w:val="es-HN"/>
        </w:rPr>
        <w:t>_._</w:t>
      </w:r>
      <w:proofErr w:type="gramEnd"/>
      <w:r w:rsidRPr="0070720E">
        <w:rPr>
          <w:sz w:val="24"/>
          <w:szCs w:val="24"/>
          <w:lang w:val="es-HN"/>
        </w:rPr>
        <w:t>_%) anual, pagadera al vencimiento del plazo.</w:t>
      </w:r>
    </w:p>
    <w:p w14:paraId="067822E4" w14:textId="00B52A63" w:rsidR="00DF569C" w:rsidRPr="0070720E" w:rsidRDefault="00000000" w:rsidP="0070720E">
      <w:pPr>
        <w:pStyle w:val="Prrafodelista"/>
        <w:numPr>
          <w:ilvl w:val="0"/>
          <w:numId w:val="10"/>
        </w:numPr>
        <w:spacing w:after="80" w:line="240" w:lineRule="auto"/>
        <w:ind w:left="284"/>
        <w:jc w:val="both"/>
        <w:rPr>
          <w:sz w:val="24"/>
          <w:szCs w:val="24"/>
          <w:lang w:val="es-HN"/>
        </w:rPr>
      </w:pPr>
      <w:r w:rsidRPr="0070720E">
        <w:rPr>
          <w:sz w:val="24"/>
          <w:szCs w:val="24"/>
          <w:lang w:val="es-HN"/>
        </w:rPr>
        <w:t>En caso de mora, el prestatario pagará sobre la cuota vencida, la tasa nominal anual más un recargo de dos por ciento (_%) anual.</w:t>
      </w:r>
    </w:p>
    <w:p w14:paraId="49DF4305" w14:textId="2F7A4512" w:rsidR="00DF569C" w:rsidRPr="0070720E" w:rsidRDefault="00000000" w:rsidP="0070720E">
      <w:pPr>
        <w:pStyle w:val="Prrafodelista"/>
        <w:numPr>
          <w:ilvl w:val="0"/>
          <w:numId w:val="10"/>
        </w:numPr>
        <w:spacing w:after="80" w:line="240" w:lineRule="auto"/>
        <w:ind w:left="284"/>
        <w:jc w:val="both"/>
        <w:rPr>
          <w:sz w:val="24"/>
          <w:szCs w:val="24"/>
          <w:lang w:val="es-HN"/>
        </w:rPr>
      </w:pPr>
      <w:r w:rsidRPr="0070720E">
        <w:rPr>
          <w:sz w:val="24"/>
          <w:szCs w:val="24"/>
          <w:lang w:val="es-HN"/>
        </w:rPr>
        <w:t>La falta de pago al vencimiento dará lugar a que el INPREMA exija el pago del saldo adeudado por la vía judicial, incluyendo gastos y costos del juicio. En este caso renuncio a mi domicilio sometiéndome expresa e irrevocablemente a la jurisdicción que designe o elija el INPREMA.</w:t>
      </w:r>
    </w:p>
    <w:p w14:paraId="151AE784" w14:textId="6EEF1951" w:rsidR="00DF569C" w:rsidRPr="0070720E" w:rsidRDefault="00000000" w:rsidP="0070720E">
      <w:pPr>
        <w:pStyle w:val="Prrafodelista"/>
        <w:numPr>
          <w:ilvl w:val="0"/>
          <w:numId w:val="10"/>
        </w:numPr>
        <w:spacing w:after="80" w:line="240" w:lineRule="auto"/>
        <w:ind w:left="284"/>
        <w:jc w:val="both"/>
        <w:rPr>
          <w:sz w:val="24"/>
          <w:szCs w:val="24"/>
          <w:lang w:val="es-HN"/>
        </w:rPr>
      </w:pPr>
      <w:r w:rsidRPr="0070720E">
        <w:rPr>
          <w:sz w:val="24"/>
          <w:szCs w:val="24"/>
          <w:lang w:val="es-HN"/>
        </w:rPr>
        <w:t xml:space="preserve">A través del presente documento privado autorizo a mi patrono o patronos para que deduzcan de mi décimo tercer o décimo cuarto mes de salario, según corresponda </w:t>
      </w:r>
      <w:proofErr w:type="gramStart"/>
      <w:r w:rsidRPr="0070720E">
        <w:rPr>
          <w:sz w:val="24"/>
          <w:szCs w:val="24"/>
          <w:lang w:val="es-HN"/>
        </w:rPr>
        <w:t>de acuerdo a</w:t>
      </w:r>
      <w:proofErr w:type="gramEnd"/>
      <w:r w:rsidRPr="0070720E">
        <w:rPr>
          <w:sz w:val="24"/>
          <w:szCs w:val="24"/>
          <w:lang w:val="es-HN"/>
        </w:rPr>
        <w:t xml:space="preserve"> la fecha de vencimiento, la suma que indique el INPREMA, y para que entregue a este instituto la suma retenida. En caso de que la retención indicada no sea realizada, me obligo y comprometo a pagar la cuota directamente en cualquiera de las oficinas del INPREMA.</w:t>
      </w:r>
    </w:p>
    <w:p w14:paraId="44307E7B" w14:textId="5A8DD36B" w:rsidR="00DF569C" w:rsidRPr="0070720E" w:rsidRDefault="00000000" w:rsidP="0070720E">
      <w:pPr>
        <w:pStyle w:val="Prrafodelista"/>
        <w:numPr>
          <w:ilvl w:val="0"/>
          <w:numId w:val="10"/>
        </w:numPr>
        <w:spacing w:after="80" w:line="240" w:lineRule="auto"/>
        <w:ind w:left="284"/>
        <w:jc w:val="both"/>
        <w:rPr>
          <w:sz w:val="24"/>
          <w:szCs w:val="24"/>
          <w:lang w:val="es-HN"/>
        </w:rPr>
      </w:pPr>
      <w:r w:rsidRPr="0070720E">
        <w:rPr>
          <w:sz w:val="24"/>
          <w:szCs w:val="24"/>
          <w:lang w:val="es-HN"/>
        </w:rPr>
        <w:t>Asimismo, por este acto autorizo al INPREMA, para que proceda a debitar de mi Beneficio de Separación y de cualquier otro beneficio que me corresponda para amortizar o cancelar el saldo adeudado.</w:t>
      </w:r>
    </w:p>
    <w:p w14:paraId="1371121F" w14:textId="2DE23172" w:rsidR="00DF569C" w:rsidRPr="0070720E" w:rsidRDefault="00000000" w:rsidP="0070720E">
      <w:pPr>
        <w:pStyle w:val="Prrafodelista"/>
        <w:numPr>
          <w:ilvl w:val="0"/>
          <w:numId w:val="10"/>
        </w:numPr>
        <w:spacing w:after="80" w:line="240" w:lineRule="auto"/>
        <w:ind w:left="284"/>
        <w:jc w:val="both"/>
        <w:rPr>
          <w:sz w:val="24"/>
          <w:szCs w:val="24"/>
          <w:lang w:val="es-HN"/>
        </w:rPr>
      </w:pPr>
      <w:r w:rsidRPr="0070720E">
        <w:rPr>
          <w:sz w:val="24"/>
          <w:szCs w:val="24"/>
          <w:lang w:val="es-HN"/>
        </w:rPr>
        <w:t>En caso de cesar en el desempeño de mi cargo, autorizo al patrono o patronos para que entreguen al INPREMA los valores correspondientes al décimo tercer o décimo cuarto salario, así como las prestaciones laborales a que tengo derecho a efecto de amortizar o cancelar el saldo. En el caso que mi patrono no transfiera al INPREMA dichos valores éste está facultado para declarar la obligación vencida y exigirla por la vía judicial. Además, me comprometo a notificar al INPREMA mi cesantía del cargo que desempeño en el centro educativo, así como cualquier otro en el que prestare mis servicios docentes, para los efectos correspondientes.</w:t>
      </w:r>
    </w:p>
    <w:p w14:paraId="73D0F624" w14:textId="21E5F513" w:rsidR="00DF569C" w:rsidRPr="0070720E" w:rsidRDefault="00000000" w:rsidP="0070720E">
      <w:pPr>
        <w:pStyle w:val="Prrafodelista"/>
        <w:numPr>
          <w:ilvl w:val="0"/>
          <w:numId w:val="10"/>
        </w:numPr>
        <w:spacing w:after="80" w:line="240" w:lineRule="auto"/>
        <w:ind w:left="284"/>
        <w:jc w:val="both"/>
        <w:rPr>
          <w:sz w:val="24"/>
          <w:szCs w:val="24"/>
          <w:lang w:val="es-HN"/>
        </w:rPr>
      </w:pPr>
      <w:r w:rsidRPr="0070720E">
        <w:rPr>
          <w:sz w:val="24"/>
          <w:szCs w:val="24"/>
          <w:lang w:val="es-HN"/>
        </w:rPr>
        <w:t>Autorizo de manera expresa al INPREMA para que deduzca del monto total del préstamo "</w:t>
      </w:r>
      <w:proofErr w:type="spellStart"/>
      <w:r w:rsidRPr="0070720E">
        <w:rPr>
          <w:sz w:val="24"/>
          <w:szCs w:val="24"/>
          <w:lang w:val="es-HN"/>
        </w:rPr>
        <w:t>Rapi</w:t>
      </w:r>
      <w:r w:rsidR="00A5402A" w:rsidRPr="0070720E">
        <w:rPr>
          <w:sz w:val="24"/>
          <w:szCs w:val="24"/>
          <w:lang w:val="es-HN"/>
        </w:rPr>
        <w:t>b</w:t>
      </w:r>
      <w:r w:rsidRPr="0070720E">
        <w:rPr>
          <w:sz w:val="24"/>
          <w:szCs w:val="24"/>
          <w:lang w:val="es-HN"/>
        </w:rPr>
        <w:t>ono</w:t>
      </w:r>
      <w:proofErr w:type="spellEnd"/>
      <w:r w:rsidRPr="0070720E">
        <w:rPr>
          <w:sz w:val="24"/>
          <w:szCs w:val="24"/>
          <w:lang w:val="es-HN"/>
        </w:rPr>
        <w:t>", el costo definido por el INPREMA para gastos administrativos y el costo correspondiente a la cobertura saldo de deuda.</w:t>
      </w:r>
    </w:p>
    <w:p w14:paraId="327FBCD6" w14:textId="77777777" w:rsidR="00DF569C" w:rsidRDefault="00000000">
      <w:pPr>
        <w:spacing w:after="0" w:line="240" w:lineRule="auto"/>
        <w:jc w:val="both"/>
        <w:rPr>
          <w:sz w:val="24"/>
          <w:szCs w:val="24"/>
          <w:lang w:val="es-HN"/>
        </w:rPr>
      </w:pPr>
      <w:r w:rsidRPr="0070720E">
        <w:rPr>
          <w:sz w:val="24"/>
          <w:szCs w:val="24"/>
          <w:lang w:val="es-HN"/>
        </w:rPr>
        <w:t>En fe de lo cual, se firma el presente documento en la ciudad de _______ a los __ días del mes de ____ del año ____.</w:t>
      </w:r>
    </w:p>
    <w:p w14:paraId="3F58265B" w14:textId="77777777" w:rsidR="00F4280A" w:rsidRDefault="00F4280A">
      <w:pPr>
        <w:spacing w:after="0" w:line="240" w:lineRule="auto"/>
        <w:jc w:val="both"/>
        <w:rPr>
          <w:sz w:val="24"/>
          <w:szCs w:val="24"/>
          <w:lang w:val="es-HN"/>
        </w:rPr>
      </w:pPr>
    </w:p>
    <w:p w14:paraId="0BE240C2" w14:textId="77777777" w:rsidR="000F63C3" w:rsidRDefault="000F63C3">
      <w:pPr>
        <w:spacing w:after="0" w:line="240" w:lineRule="auto"/>
        <w:jc w:val="both"/>
        <w:rPr>
          <w:sz w:val="24"/>
          <w:szCs w:val="24"/>
          <w:lang w:val="es-HN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2"/>
        <w:gridCol w:w="426"/>
        <w:gridCol w:w="4784"/>
      </w:tblGrid>
      <w:tr w:rsidR="000F63C3" w14:paraId="37BEE11E" w14:textId="77777777" w:rsidTr="000F63C3">
        <w:trPr>
          <w:jc w:val="center"/>
        </w:trPr>
        <w:tc>
          <w:tcPr>
            <w:tcW w:w="5192" w:type="dxa"/>
            <w:tcBorders>
              <w:bottom w:val="single" w:sz="4" w:space="0" w:color="auto"/>
            </w:tcBorders>
          </w:tcPr>
          <w:p w14:paraId="0045AA56" w14:textId="77777777" w:rsidR="000F63C3" w:rsidRDefault="000F63C3">
            <w:pPr>
              <w:jc w:val="both"/>
              <w:rPr>
                <w:sz w:val="24"/>
                <w:szCs w:val="24"/>
                <w:lang w:val="es-HN"/>
              </w:rPr>
            </w:pPr>
          </w:p>
        </w:tc>
        <w:tc>
          <w:tcPr>
            <w:tcW w:w="426" w:type="dxa"/>
          </w:tcPr>
          <w:p w14:paraId="11EB3F8E" w14:textId="77777777" w:rsidR="000F63C3" w:rsidRDefault="000F63C3">
            <w:pPr>
              <w:jc w:val="both"/>
              <w:rPr>
                <w:sz w:val="24"/>
                <w:szCs w:val="24"/>
                <w:lang w:val="es-HN"/>
              </w:rPr>
            </w:pPr>
          </w:p>
        </w:tc>
        <w:tc>
          <w:tcPr>
            <w:tcW w:w="4784" w:type="dxa"/>
            <w:tcBorders>
              <w:bottom w:val="single" w:sz="4" w:space="0" w:color="auto"/>
            </w:tcBorders>
          </w:tcPr>
          <w:p w14:paraId="0BA44384" w14:textId="2A517466" w:rsidR="000F63C3" w:rsidRDefault="000F63C3">
            <w:pPr>
              <w:jc w:val="both"/>
              <w:rPr>
                <w:sz w:val="24"/>
                <w:szCs w:val="24"/>
                <w:lang w:val="es-HN"/>
              </w:rPr>
            </w:pPr>
          </w:p>
        </w:tc>
      </w:tr>
      <w:tr w:rsidR="000F63C3" w14:paraId="476A394F" w14:textId="77777777" w:rsidTr="000F63C3">
        <w:trPr>
          <w:trHeight w:val="570"/>
          <w:jc w:val="center"/>
        </w:trPr>
        <w:tc>
          <w:tcPr>
            <w:tcW w:w="5192" w:type="dxa"/>
            <w:tcBorders>
              <w:top w:val="single" w:sz="4" w:space="0" w:color="auto"/>
            </w:tcBorders>
            <w:vAlign w:val="center"/>
          </w:tcPr>
          <w:p w14:paraId="30CF0CAA" w14:textId="23A6D583" w:rsidR="000F63C3" w:rsidRDefault="000F63C3" w:rsidP="000F63C3">
            <w:pPr>
              <w:jc w:val="center"/>
              <w:rPr>
                <w:sz w:val="24"/>
                <w:szCs w:val="24"/>
                <w:lang w:val="es-HN"/>
              </w:rPr>
            </w:pPr>
            <w:r>
              <w:rPr>
                <w:sz w:val="24"/>
                <w:szCs w:val="24"/>
                <w:lang w:val="es-HN"/>
              </w:rPr>
              <w:t>Firma del Prestatario</w:t>
            </w:r>
          </w:p>
        </w:tc>
        <w:tc>
          <w:tcPr>
            <w:tcW w:w="426" w:type="dxa"/>
            <w:vAlign w:val="center"/>
          </w:tcPr>
          <w:p w14:paraId="41CCBE64" w14:textId="77777777" w:rsidR="000F63C3" w:rsidRDefault="000F63C3" w:rsidP="000F63C3">
            <w:pPr>
              <w:jc w:val="center"/>
              <w:rPr>
                <w:sz w:val="24"/>
                <w:szCs w:val="24"/>
                <w:lang w:val="es-HN"/>
              </w:rPr>
            </w:pPr>
          </w:p>
        </w:tc>
        <w:tc>
          <w:tcPr>
            <w:tcW w:w="4784" w:type="dxa"/>
            <w:tcBorders>
              <w:top w:val="single" w:sz="4" w:space="0" w:color="auto"/>
            </w:tcBorders>
            <w:vAlign w:val="center"/>
          </w:tcPr>
          <w:p w14:paraId="122598F9" w14:textId="08F1DD8A" w:rsidR="000F63C3" w:rsidRDefault="000F63C3" w:rsidP="000F63C3">
            <w:pPr>
              <w:jc w:val="center"/>
              <w:rPr>
                <w:sz w:val="24"/>
                <w:szCs w:val="24"/>
                <w:lang w:val="es-HN"/>
              </w:rPr>
            </w:pPr>
            <w:r>
              <w:rPr>
                <w:sz w:val="24"/>
                <w:szCs w:val="24"/>
                <w:lang w:val="es-HN"/>
              </w:rPr>
              <w:t>Huella Digital</w:t>
            </w:r>
          </w:p>
        </w:tc>
      </w:tr>
    </w:tbl>
    <w:p w14:paraId="0DA7FDA7" w14:textId="77777777" w:rsidR="00F4280A" w:rsidRDefault="00F4280A" w:rsidP="000F63C3">
      <w:pPr>
        <w:spacing w:after="0" w:line="240" w:lineRule="auto"/>
        <w:jc w:val="both"/>
        <w:rPr>
          <w:sz w:val="24"/>
          <w:szCs w:val="24"/>
          <w:lang w:val="es-HN"/>
        </w:rPr>
      </w:pPr>
    </w:p>
    <w:sectPr w:rsidR="00F4280A" w:rsidSect="000F63C3">
      <w:pgSz w:w="12240" w:h="15840"/>
      <w:pgMar w:top="851" w:right="1008" w:bottom="567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24204C7"/>
    <w:multiLevelType w:val="hybridMultilevel"/>
    <w:tmpl w:val="30CED236"/>
    <w:lvl w:ilvl="0" w:tplc="480A000F">
      <w:start w:val="1"/>
      <w:numFmt w:val="decimal"/>
      <w:lvlText w:val="%1.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646457"/>
    <w:multiLevelType w:val="hybridMultilevel"/>
    <w:tmpl w:val="13D88510"/>
    <w:lvl w:ilvl="0" w:tplc="4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107748">
    <w:abstractNumId w:val="8"/>
  </w:num>
  <w:num w:numId="2" w16cid:durableId="238445350">
    <w:abstractNumId w:val="6"/>
  </w:num>
  <w:num w:numId="3" w16cid:durableId="1500734999">
    <w:abstractNumId w:val="5"/>
  </w:num>
  <w:num w:numId="4" w16cid:durableId="678848568">
    <w:abstractNumId w:val="4"/>
  </w:num>
  <w:num w:numId="5" w16cid:durableId="961768693">
    <w:abstractNumId w:val="7"/>
  </w:num>
  <w:num w:numId="6" w16cid:durableId="2123761840">
    <w:abstractNumId w:val="3"/>
  </w:num>
  <w:num w:numId="7" w16cid:durableId="1190680966">
    <w:abstractNumId w:val="2"/>
  </w:num>
  <w:num w:numId="8" w16cid:durableId="684938962">
    <w:abstractNumId w:val="1"/>
  </w:num>
  <w:num w:numId="9" w16cid:durableId="410083603">
    <w:abstractNumId w:val="0"/>
  </w:num>
  <w:num w:numId="10" w16cid:durableId="2140295944">
    <w:abstractNumId w:val="9"/>
  </w:num>
  <w:num w:numId="11" w16cid:durableId="9794578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63C3"/>
    <w:rsid w:val="0015074B"/>
    <w:rsid w:val="0029639D"/>
    <w:rsid w:val="00326F90"/>
    <w:rsid w:val="00374879"/>
    <w:rsid w:val="003E0FD1"/>
    <w:rsid w:val="0070720E"/>
    <w:rsid w:val="00A5402A"/>
    <w:rsid w:val="00AA1D8D"/>
    <w:rsid w:val="00B47730"/>
    <w:rsid w:val="00CA44B7"/>
    <w:rsid w:val="00CB0664"/>
    <w:rsid w:val="00DF569C"/>
    <w:rsid w:val="00F4280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878AAF2"/>
  <w14:defaultImageDpi w14:val="300"/>
  <w15:docId w15:val="{9F167199-978B-4992-A8AF-1C45D0426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492</Words>
  <Characters>2522</Characters>
  <Application>Microsoft Office Word</Application>
  <DocSecurity>0</DocSecurity>
  <Lines>42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Luis Fernando Salgado Banegas</cp:lastModifiedBy>
  <cp:revision>5</cp:revision>
  <dcterms:created xsi:type="dcterms:W3CDTF">2013-12-23T23:15:00Z</dcterms:created>
  <dcterms:modified xsi:type="dcterms:W3CDTF">2026-06-02T14:25:00Z</dcterms:modified>
  <cp:category/>
</cp:coreProperties>
</file>